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JournalIdentity"/>
      </w:pPr>
      <w:r>
        <w:t>CHIRANTAN</w:t>
      </w:r>
    </w:p>
    <w:p>
      <w:pPr>
        <w:pStyle w:val="JournalStrapline"/>
      </w:pPr>
      <w:r>
        <w:t>Studies in Indian Knowledge Traditions</w:t>
      </w:r>
    </w:p>
    <w:p>
      <w:pPr>
        <w:pStyle w:val="Title(English)"/>
      </w:pPr>
      <w:r>
        <w:t>Title Page</w:t>
      </w:r>
    </w:p>
    <w:p>
      <w:pPr>
        <w:pStyle w:val="Instruction"/>
      </w:pPr>
      <w:r>
        <w:t>This file carries every identifying detail. On a Track B (academic) submission it is read by the editorial office only and is never sent to reviewers. Upload it as a separate file from the manuscript. What you enter in the website's Contributors and Declarations steps is the record the platform actually uses - this document is the editor's human-readable copy, so keep the two consistent.</w:t>
      </w:r>
    </w:p>
    <w:p>
      <w:pPr>
        <w:pStyle w:val="SectionLabel"/>
      </w:pPr>
      <w:r>
        <w:t>Manuscript</w:t>
      </w:r>
    </w:p>
    <w:p>
      <w:pPr>
        <w:pStyle w:val="FieldLabel"/>
      </w:pPr>
      <w:r>
        <w:t>Title</w:t>
      </w:r>
    </w:p>
    <w:p>
      <w:pPr>
        <w:pStyle w:val="FieldValue"/>
      </w:pPr>
      <w:r>
        <w:t>[repeat your manuscript's title exactly]</w:t>
      </w:r>
    </w:p>
    <w:p>
      <w:pPr>
        <w:pStyle w:val="FieldLabel"/>
      </w:pPr>
      <w:r>
        <w:t>Submission type</w:t>
      </w:r>
    </w:p>
    <w:p>
      <w:pPr>
        <w:pStyle w:val="FieldValue"/>
      </w:pPr>
      <w:r>
        <w:t>[Original research article / Review article / Case study / Short communication / Book review / Conference report / Poetry / Short story / Write-up / essay]</w:t>
      </w:r>
    </w:p>
    <w:p>
      <w:pPr>
        <w:pStyle w:val="FieldLabel"/>
      </w:pPr>
      <w:r>
        <w:t>Subject area</w:t>
      </w:r>
    </w:p>
    <w:p>
      <w:pPr>
        <w:pStyle w:val="FieldValue"/>
      </w:pPr>
      <w:r>
        <w:t>[choose from the list below]</w:t>
      </w:r>
    </w:p>
    <w:p>
      <w:pPr>
        <w:pStyle w:val="Instruction"/>
      </w:pPr>
      <w:r>
        <w:t>Chirantan's subject areas: Art, Aesthetics &amp; Literature; Ayurveda &amp; Integrative Medicine; Education &amp; Pedagogy; Engineering &amp; Technology / AI; Governance &amp; Political Thought; History and Geography; Linguistics &amp; Computational Studies; Management &amp; Business Strategy; Philosophy &amp; Logic; Traditional Ecological &amp; Agricultural Knowledge; Vastu Shastra &amp; Sustainable Architecture; Yoga &amp; Indian Psychology. Pick the closest one - the editor confirms it, and it is what the platform uses to find reviewers with matching expertise.</w:t>
      </w:r>
    </w:p>
    <w:p>
      <w:pPr>
        <w:pStyle w:val="SectionLabel"/>
      </w:pPr>
      <w:r>
        <w:t>Authors</w:t>
      </w:r>
    </w:p>
    <w:p>
      <w:pPr>
        <w:pStyle w:val="Instruction"/>
      </w:pPr>
      <w:r>
        <w:t>List every author in the order they should appear. Repeat this block for each author. The bio is required and is used on the article page if the work is published.</w:t>
      </w:r>
    </w:p>
    <w:p>
      <w:pPr>
        <w:pStyle w:val="FieldLabel"/>
      </w:pPr>
      <w:r>
        <w:t>Name, designation, institution, city, country</w:t>
      </w:r>
    </w:p>
    <w:p>
      <w:pPr>
        <w:pStyle w:val="FieldValue"/>
      </w:pPr>
      <w:r>
        <w:t>[FULL NAME], [Designation], [Institution], [City], [Country]</w:t>
      </w:r>
    </w:p>
    <w:p>
      <w:pPr>
        <w:pStyle w:val="FieldLabel"/>
      </w:pPr>
      <w:r>
        <w:t>ORCID and email</w:t>
      </w:r>
    </w:p>
    <w:p>
      <w:pPr>
        <w:pStyle w:val="FieldValue"/>
      </w:pPr>
      <w:r>
        <w:t>ORCID: 0000-0000-0000-0000  |  Email: name@example.com</w:t>
      </w:r>
    </w:p>
    <w:p>
      <w:pPr>
        <w:pStyle w:val="FieldLabel"/>
      </w:pPr>
      <w:r>
        <w:t>Biographical note</w:t>
      </w:r>
    </w:p>
    <w:p>
      <w:pPr>
        <w:pStyle w:val="FieldValue"/>
      </w:pPr>
      <w:r>
        <w:t>[100 words for academic submissions, 50-100 for poetry]</w:t>
      </w:r>
    </w:p>
    <w:p>
      <w:pPr>
        <w:pStyle w:val="SectionLabel"/>
      </w:pPr>
      <w:r>
        <w:t>Corresponding author</w:t>
      </w:r>
    </w:p>
    <w:p>
      <w:pPr>
        <w:pStyle w:val="FieldValue"/>
      </w:pPr>
      <w:r>
        <w:t>[Name] — [Email] — [Phone, with country code]</w:t>
      </w:r>
    </w:p>
    <w:p>
      <w:pPr>
        <w:pStyle w:val="SectionLabel"/>
      </w:pPr>
      <w:r>
        <w:t>Declaration of originality</w:t>
      </w:r>
    </w:p>
    <w:p>
      <w:pPr>
        <w:pStyle w:val="FieldValue"/>
      </w:pPr>
      <w:r>
        <w:t>I/We declare that this manuscript is original, has not been published previously, and is not currently under consideration for publication elsewhere, either in whole or in part.</w:t>
      </w:r>
    </w:p>
    <w:p>
      <w:pPr>
        <w:pStyle w:val="FieldLabel"/>
      </w:pPr>
      <w:r>
        <w:t>Confirmed by (name of each author) and date</w:t>
      </w:r>
    </w:p>
    <w:p>
      <w:pPr>
        <w:pStyle w:val="FieldValue"/>
      </w:pPr>
      <w:r>
        <w:t>[Name(s)] — [Date]</w:t>
      </w:r>
    </w:p>
    <w:p>
      <w:pPr>
        <w:pStyle w:val="SectionLabel"/>
      </w:pPr>
      <w:r>
        <w:t>Declarations</w:t>
      </w:r>
    </w:p>
    <w:p>
      <w:pPr>
        <w:pStyle w:val="Instruction"/>
      </w:pPr>
      <w:r>
        <w:t>“Not applicable” or “None” is a perfectly good answer to any of these - a blank one is not, and is flagged during screening. These must match what you enter on the website's Declarations step.</w:t>
      </w:r>
    </w:p>
    <w:p>
      <w:pPr>
        <w:pStyle w:val="FieldLabel"/>
      </w:pPr>
      <w:r>
        <w:t>Conflict of interest:</w:t>
      </w:r>
    </w:p>
    <w:p>
      <w:pPr>
        <w:pStyle w:val="FieldValue"/>
      </w:pPr>
      <w:r>
        <w:t>[State none, or describe the interest and which author it concerns.]</w:t>
      </w:r>
    </w:p>
    <w:p>
      <w:pPr>
        <w:pStyle w:val="FieldLabel"/>
      </w:pPr>
      <w:r>
        <w:t>Funding:</w:t>
      </w:r>
    </w:p>
    <w:p>
      <w:pPr>
        <w:pStyle w:val="FieldValue"/>
      </w:pPr>
      <w:r>
        <w:t>[Name the funder and grant number, or state that the work was unfunded.]</w:t>
      </w:r>
    </w:p>
    <w:p>
      <w:pPr>
        <w:pStyle w:val="FieldLabel"/>
      </w:pPr>
      <w:r>
        <w:t>Ethics:</w:t>
      </w:r>
    </w:p>
    <w:p>
      <w:pPr>
        <w:pStyle w:val="FieldValue"/>
      </w:pPr>
      <w:r>
        <w:t>[Approving body and reference number, or why this is not applicable.]</w:t>
      </w:r>
    </w:p>
    <w:p>
      <w:pPr>
        <w:pStyle w:val="FieldLabel"/>
      </w:pPr>
      <w:r>
        <w:t>Data availability:</w:t>
      </w:r>
    </w:p>
    <w:p>
      <w:pPr>
        <w:pStyle w:val="FieldValue"/>
      </w:pPr>
      <w:r>
        <w:t>[Where the data can be obtained, or why it cannot be shared.]</w:t>
      </w:r>
    </w:p>
    <w:p>
      <w:pPr>
        <w:pStyle w:val="FieldLabel"/>
      </w:pPr>
      <w:r>
        <w:t>Use of AI tools:</w:t>
      </w:r>
    </w:p>
    <w:p>
      <w:pPr>
        <w:pStyle w:val="FieldValue"/>
      </w:pPr>
      <w:r>
        <w:t>[Name any generative-AI tool and what it was used for. Chirantan permits grammar and readability assistance only; disclosure is required by the journal's AI-use policy.]</w:t>
      </w:r>
    </w:p>
    <w:p>
      <w:pPr>
        <w:pStyle w:val="FieldLabel"/>
      </w:pPr>
      <w:r>
        <w:t>Acknowledgements:</w:t>
      </w:r>
    </w:p>
    <w:p>
      <w:pPr>
        <w:pStyle w:val="FieldValue"/>
      </w:pPr>
      <w:r>
        <w:t>[Optional. On a Track B submission keep these here, not in the manuscript - they routinely identify the author.]</w:t>
      </w:r>
    </w:p>
    <w:sectPr w:rsidR="00FC693F" w:rsidRPr="0006063C" w:rsidSect="00034616">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cs="Nirmala UI"/>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keepNext w:val="0"/>
      <w:spacing w:after="120" w:before="0" w:line="360" w:lineRule="auto"/>
      <w:jc w:val="both"/>
    </w:pPr>
    <w:rPr>
      <w:rFonts w:ascii="Times New Roman" w:hAnsi="Times New Roman" w:cs="Times New Roman"/>
      <w:b w:val="0"/>
      <w:i w:val="0"/>
      <w:color w:val="1A1A1A"/>
      <w:sz w:val="24"/>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Instruction">
    <w:name w:val="Instruction"/>
    <w:pPr>
      <w:keepNext w:val="0"/>
      <w:spacing w:after="160" w:before="0" w:line="276" w:lineRule="auto"/>
    </w:pPr>
    <w:rPr>
      <w:rFonts w:ascii="Times New Roman" w:hAnsi="Times New Roman" w:cs="Times New Roman"/>
      <w:b w:val="0"/>
      <w:i/>
      <w:color w:val="5A5A5A"/>
      <w:sz w:val="18"/>
    </w:rPr>
  </w:style>
  <w:style w:type="paragraph" w:customStyle="1" w:styleId="JournalIdentity">
    <w:name w:val="Journal Identity"/>
    <w:pPr>
      <w:keepNext w:val="0"/>
      <w:spacing w:after="40" w:before="0" w:line="240" w:lineRule="auto"/>
      <w:jc w:val="center"/>
    </w:pPr>
    <w:rPr>
      <w:rFonts w:ascii="Georgia" w:hAnsi="Georgia" w:cs="Georgia"/>
      <w:b/>
      <w:i w:val="0"/>
      <w:color w:val="8A1207"/>
      <w:sz w:val="20"/>
    </w:rPr>
  </w:style>
  <w:style w:type="paragraph" w:customStyle="1" w:styleId="JournalStrapline">
    <w:name w:val="Journal Strapline"/>
    <w:pPr>
      <w:keepNext w:val="0"/>
      <w:spacing w:after="280" w:before="0" w:line="240" w:lineRule="auto"/>
      <w:jc w:val="center"/>
    </w:pPr>
    <w:rPr>
      <w:rFonts w:ascii="Georgia" w:hAnsi="Georgia" w:cs="Georgia"/>
      <w:b w:val="0"/>
      <w:i w:val="0"/>
      <w:color w:val="5A5A5A"/>
      <w:sz w:val="18"/>
    </w:rPr>
  </w:style>
  <w:style w:type="paragraph" w:customStyle="1" w:styleId="ManuscriptType">
    <w:name w:val="Manuscript Type"/>
    <w:pPr>
      <w:keepNext w:val="0"/>
      <w:spacing w:after="200" w:before="0" w:line="360" w:lineRule="auto"/>
      <w:jc w:val="center"/>
    </w:pPr>
    <w:rPr>
      <w:rFonts w:ascii="Times New Roman" w:hAnsi="Times New Roman" w:cs="Times New Roman"/>
      <w:b/>
      <w:i w:val="0"/>
      <w:color w:val="1A1A1A"/>
      <w:sz w:val="20"/>
    </w:rPr>
  </w:style>
  <w:style w:type="paragraph" w:customStyle="1" w:styleId="Title(English)">
    <w:name w:val="Title (English)"/>
    <w:pPr>
      <w:keepNext/>
      <w:spacing w:after="80" w:before="0" w:line="276" w:lineRule="auto"/>
      <w:jc w:val="center"/>
    </w:pPr>
    <w:rPr>
      <w:rFonts w:ascii="Georgia" w:hAnsi="Georgia" w:cs="Georgia"/>
      <w:b/>
      <w:i w:val="0"/>
      <w:color w:val="1A1A1A"/>
      <w:sz w:val="32"/>
    </w:rPr>
  </w:style>
  <w:style w:type="paragraph" w:customStyle="1" w:styleId="Title(HindiorSanskrit)">
    <w:name w:val="Title (Hindi or Sanskrit)"/>
    <w:pPr>
      <w:keepNext w:val="0"/>
      <w:spacing w:after="240" w:before="0" w:line="276" w:lineRule="auto"/>
      <w:jc w:val="center"/>
    </w:pPr>
    <w:rPr>
      <w:rFonts w:ascii="Nirmala UI" w:hAnsi="Nirmala UI" w:cs="Nirmala UI"/>
      <w:b/>
      <w:i w:val="0"/>
      <w:color w:val="1A1A1A"/>
      <w:sz w:val="36"/>
    </w:rPr>
  </w:style>
  <w:style w:type="paragraph" w:customStyle="1" w:styleId="AbstractHeading">
    <w:name w:val="Abstract Heading"/>
    <w:pPr>
      <w:keepNext/>
      <w:spacing w:after="80" w:before="200" w:line="360" w:lineRule="auto"/>
    </w:pPr>
    <w:rPr>
      <w:rFonts w:ascii="Georgia" w:hAnsi="Georgia" w:cs="Georgia"/>
      <w:b/>
      <w:i w:val="0"/>
      <w:color w:val="1A1A1A"/>
      <w:sz w:val="22"/>
    </w:rPr>
  </w:style>
  <w:style w:type="paragraph" w:customStyle="1" w:styleId="BodyText(HindiorSanskrit)">
    <w:name w:val="Body Text (Hindi or Sanskrit)"/>
    <w:pPr>
      <w:keepNext w:val="0"/>
      <w:spacing w:after="120" w:before="0" w:line="360" w:lineRule="auto"/>
      <w:jc w:val="both"/>
    </w:pPr>
    <w:rPr>
      <w:rFonts w:ascii="Nirmala UI" w:hAnsi="Nirmala UI" w:cs="Nirmala UI"/>
      <w:b w:val="0"/>
      <w:i w:val="0"/>
      <w:color w:val="1A1A1A"/>
      <w:sz w:val="24"/>
    </w:rPr>
  </w:style>
  <w:style w:type="paragraph" w:customStyle="1" w:styleId="Keywords">
    <w:name w:val="Keywords"/>
    <w:pPr>
      <w:keepNext w:val="0"/>
      <w:spacing w:after="200" w:before="0" w:line="360" w:lineRule="auto"/>
    </w:pPr>
    <w:rPr>
      <w:rFonts w:ascii="Times New Roman" w:hAnsi="Times New Roman" w:cs="Times New Roman"/>
      <w:b w:val="0"/>
      <w:i/>
      <w:color w:val="1A1A1A"/>
      <w:sz w:val="22"/>
    </w:rPr>
  </w:style>
  <w:style w:type="paragraph" w:customStyle="1" w:styleId="Heading1(English)">
    <w:name w:val="Heading 1 (English)"/>
    <w:pPr>
      <w:keepNext/>
      <w:spacing w:after="100" w:before="240" w:line="360" w:lineRule="auto"/>
    </w:pPr>
    <w:rPr>
      <w:rFonts w:ascii="Georgia" w:hAnsi="Georgia" w:cs="Georgia"/>
      <w:b/>
      <w:i w:val="0"/>
      <w:color w:val="1A1A1A"/>
      <w:sz w:val="28"/>
    </w:rPr>
  </w:style>
  <w:style w:type="paragraph" w:customStyle="1" w:styleId="Heading1(HindiorSanskrit)">
    <w:name w:val="Heading 1 (Hindi or Sanskrit)"/>
    <w:pPr>
      <w:keepNext/>
      <w:spacing w:after="100" w:before="240" w:line="360" w:lineRule="auto"/>
    </w:pPr>
    <w:rPr>
      <w:rFonts w:ascii="Nirmala UI" w:hAnsi="Nirmala UI" w:cs="Nirmala UI"/>
      <w:b/>
      <w:i w:val="0"/>
      <w:color w:val="1A1A1A"/>
      <w:sz w:val="32"/>
    </w:rPr>
  </w:style>
  <w:style w:type="paragraph" w:customStyle="1" w:styleId="Heading2(English)">
    <w:name w:val="Heading 2 (English)"/>
    <w:pPr>
      <w:keepNext/>
      <w:spacing w:after="100" w:before="240" w:line="360" w:lineRule="auto"/>
    </w:pPr>
    <w:rPr>
      <w:rFonts w:ascii="Georgia" w:hAnsi="Georgia" w:cs="Georgia"/>
      <w:b/>
      <w:i w:val="0"/>
      <w:color w:val="1A1A1A"/>
      <w:sz w:val="24"/>
    </w:rPr>
  </w:style>
  <w:style w:type="paragraph" w:customStyle="1" w:styleId="Heading2(HindiorSanskrit)">
    <w:name w:val="Heading 2 (Hindi or Sanskrit)"/>
    <w:pPr>
      <w:keepNext/>
      <w:spacing w:after="100" w:before="240" w:line="360" w:lineRule="auto"/>
    </w:pPr>
    <w:rPr>
      <w:rFonts w:ascii="Nirmala UI" w:hAnsi="Nirmala UI" w:cs="Nirmala UI"/>
      <w:b/>
      <w:i w:val="0"/>
      <w:color w:val="1A1A1A"/>
      <w:sz w:val="28"/>
    </w:rPr>
  </w:style>
  <w:style w:type="paragraph" w:customStyle="1" w:styleId="Heading3(English)">
    <w:name w:val="Heading 3 (English)"/>
    <w:pPr>
      <w:keepNext/>
      <w:spacing w:after="100" w:before="240" w:line="360" w:lineRule="auto"/>
    </w:pPr>
    <w:rPr>
      <w:rFonts w:ascii="Georgia" w:hAnsi="Georgia" w:cs="Georgia"/>
      <w:b/>
      <w:i/>
      <w:color w:val="1A1A1A"/>
      <w:sz w:val="22"/>
    </w:rPr>
  </w:style>
  <w:style w:type="paragraph" w:customStyle="1" w:styleId="Heading3(HindiorSanskrit)">
    <w:name w:val="Heading 3 (Hindi or Sanskrit)"/>
    <w:pPr>
      <w:keepNext/>
      <w:spacing w:after="100" w:before="240" w:line="360" w:lineRule="auto"/>
    </w:pPr>
    <w:rPr>
      <w:rFonts w:ascii="Nirmala UI" w:hAnsi="Nirmala UI" w:cs="Nirmala UI"/>
      <w:b/>
      <w:i w:val="0"/>
      <w:color w:val="1A1A1A"/>
      <w:sz w:val="26"/>
    </w:rPr>
  </w:style>
  <w:style w:type="paragraph" w:customStyle="1" w:styleId="VerseorShloka(original)">
    <w:name w:val="Verse or Shloka (original)"/>
    <w:pPr>
      <w:keepNext w:val="0"/>
      <w:spacing w:after="60" w:before="160" w:line="312" w:lineRule="auto"/>
      <w:jc w:val="center"/>
    </w:pPr>
    <w:rPr>
      <w:rFonts w:ascii="Nirmala UI" w:hAnsi="Nirmala UI" w:cs="Nirmala UI"/>
      <w:b w:val="0"/>
      <w:i/>
      <w:color w:val="1A1A1A"/>
      <w:sz w:val="26"/>
    </w:rPr>
  </w:style>
  <w:style w:type="paragraph" w:customStyle="1" w:styleId="VerseTranslation/Commentary">
    <w:name w:val="Verse Translation / Commentary"/>
    <w:pPr>
      <w:keepNext w:val="0"/>
      <w:spacing w:after="200" w:before="0" w:line="312" w:lineRule="auto"/>
      <w:jc w:val="center"/>
    </w:pPr>
    <w:rPr>
      <w:rFonts w:ascii="Times New Roman" w:hAnsi="Times New Roman" w:cs="Times New Roman"/>
      <w:b w:val="0"/>
      <w:i/>
      <w:color w:val="1A1A1A"/>
      <w:sz w:val="22"/>
    </w:rPr>
  </w:style>
  <w:style w:type="paragraph" w:customStyle="1" w:styleId="PoemLine">
    <w:name w:val="Poem Line"/>
    <w:pPr>
      <w:keepNext w:val="0"/>
      <w:spacing w:after="0" w:before="0" w:line="312" w:lineRule="auto"/>
      <w:jc w:val="left"/>
    </w:pPr>
    <w:rPr>
      <w:rFonts w:ascii="Times New Roman" w:hAnsi="Times New Roman" w:cs="Times New Roman"/>
      <w:b w:val="0"/>
      <w:i w:val="0"/>
      <w:color w:val="1A1A1A"/>
      <w:sz w:val="24"/>
    </w:rPr>
  </w:style>
  <w:style w:type="paragraph" w:customStyle="1" w:styleId="PoemTitle">
    <w:name w:val="Poem Title"/>
    <w:pPr>
      <w:keepNext/>
      <w:spacing w:after="120" w:before="280" w:line="360" w:lineRule="auto"/>
    </w:pPr>
    <w:rPr>
      <w:rFonts w:ascii="Georgia" w:hAnsi="Georgia" w:cs="Georgia"/>
      <w:b/>
      <w:i w:val="0"/>
      <w:color w:val="1A1A1A"/>
      <w:sz w:val="26"/>
    </w:rPr>
  </w:style>
  <w:style w:type="paragraph" w:customStyle="1" w:styleId="TableCaption">
    <w:name w:val="Table Caption"/>
    <w:pPr>
      <w:keepNext/>
      <w:spacing w:after="60" w:before="160" w:line="276" w:lineRule="auto"/>
    </w:pPr>
    <w:rPr>
      <w:rFonts w:ascii="Times New Roman" w:hAnsi="Times New Roman" w:cs="Times New Roman"/>
      <w:b/>
      <w:i w:val="0"/>
      <w:color w:val="1A1A1A"/>
      <w:sz w:val="20"/>
    </w:rPr>
  </w:style>
  <w:style w:type="paragraph" w:customStyle="1" w:styleId="FigureCaption">
    <w:name w:val="Figure Caption"/>
    <w:pPr>
      <w:keepNext w:val="0"/>
      <w:spacing w:after="160" w:before="0" w:line="276" w:lineRule="auto"/>
      <w:jc w:val="center"/>
    </w:pPr>
    <w:rPr>
      <w:rFonts w:ascii="Times New Roman" w:hAnsi="Times New Roman" w:cs="Times New Roman"/>
      <w:b w:val="0"/>
      <w:i w:val="0"/>
      <w:color w:val="1A1A1A"/>
      <w:sz w:val="20"/>
    </w:rPr>
  </w:style>
  <w:style w:type="paragraph" w:customStyle="1" w:styleId="Table/FigureSourceNote">
    <w:name w:val="Table/Figure Source Note"/>
    <w:pPr>
      <w:keepNext w:val="0"/>
      <w:spacing w:after="160" w:before="0" w:line="276" w:lineRule="auto"/>
    </w:pPr>
    <w:rPr>
      <w:rFonts w:ascii="Times New Roman" w:hAnsi="Times New Roman" w:cs="Times New Roman"/>
      <w:b w:val="0"/>
      <w:i w:val="0"/>
      <w:color w:val="5A5A5A"/>
      <w:sz w:val="18"/>
    </w:rPr>
  </w:style>
  <w:style w:type="paragraph" w:customStyle="1" w:styleId="ReferenceEntry(APA7th)">
    <w:name w:val="Reference Entry (APA 7th)"/>
    <w:pPr>
      <w:keepNext w:val="0"/>
      <w:spacing w:after="120" w:before="0" w:line="360" w:lineRule="auto"/>
      <w:ind w:hanging="720" w:left="720"/>
    </w:pPr>
    <w:rPr>
      <w:rFonts w:ascii="Times New Roman" w:hAnsi="Times New Roman" w:cs="Times New Roman"/>
      <w:b w:val="0"/>
      <w:i w:val="0"/>
      <w:color w:val="1A1A1A"/>
      <w:sz w:val="22"/>
    </w:rPr>
  </w:style>
  <w:style w:type="paragraph" w:customStyle="1" w:styleId="SectionLabel">
    <w:name w:val="Section Label"/>
    <w:pPr>
      <w:keepNext/>
      <w:spacing w:after="60" w:before="240" w:line="276" w:lineRule="auto"/>
    </w:pPr>
    <w:rPr>
      <w:rFonts w:ascii="Georgia" w:hAnsi="Georgia" w:cs="Georgia"/>
      <w:b/>
      <w:i w:val="0"/>
      <w:color w:val="8A1207"/>
      <w:sz w:val="22"/>
    </w:rPr>
  </w:style>
  <w:style w:type="paragraph" w:customStyle="1" w:styleId="FieldLabel">
    <w:name w:val="Field Label"/>
    <w:pPr>
      <w:keepNext w:val="0"/>
      <w:spacing w:after="20" w:before="0" w:line="276" w:lineRule="auto"/>
    </w:pPr>
    <w:rPr>
      <w:rFonts w:ascii="Times New Roman" w:hAnsi="Times New Roman" w:cs="Times New Roman"/>
      <w:b/>
      <w:i w:val="0"/>
      <w:color w:val="1A1A1A"/>
      <w:sz w:val="20"/>
    </w:rPr>
  </w:style>
  <w:style w:type="paragraph" w:customStyle="1" w:styleId="FieldValue">
    <w:name w:val="Field Value"/>
    <w:pPr>
      <w:keepNext w:val="0"/>
      <w:spacing w:after="140" w:before="0" w:line="276" w:lineRule="auto"/>
    </w:pPr>
    <w:rPr>
      <w:rFonts w:ascii="Times New Roman" w:hAnsi="Times New Roman" w:cs="Times New Roman"/>
      <w:b w:val="0"/>
      <w:i w:val="0"/>
      <w:color w:val="1A1A1A"/>
      <w:sz w:val="22"/>
    </w:rPr>
  </w:style>
  <w:style w:type="paragraph" w:customStyle="1" w:styleId="ChecklistItem">
    <w:name w:val="Checklist Item"/>
    <w:pPr>
      <w:keepNext w:val="0"/>
      <w:spacing w:after="80" w:before="0" w:line="288" w:lineRule="auto"/>
    </w:pPr>
    <w:rPr>
      <w:rFonts w:ascii="Times New Roman" w:hAnsi="Times New Roman" w:cs="Times New Roman"/>
      <w:b w:val="0"/>
      <w:i w:val="0"/>
      <w:color w:val="1A1A1A"/>
      <w:sz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