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JournalIdentity"/>
      </w:pPr>
      <w:r>
        <w:t>CHIRANTAN</w:t>
      </w:r>
    </w:p>
    <w:p>
      <w:pPr>
        <w:pStyle w:val="JournalStrapline"/>
      </w:pPr>
      <w:r>
        <w:t>Studies in Indian Knowledge Traditions</w:t>
      </w:r>
    </w:p>
    <w:p>
      <w:pPr>
        <w:pStyle w:val="ManuscriptType"/>
      </w:pPr>
      <w:r>
        <w:t>Manuscript type: [delete all but the one that applies]</w:t>
      </w:r>
    </w:p>
    <w:p>
      <w:pPr>
        <w:pStyle w:val="Instruction"/>
      </w:pPr>
      <w:r>
        <w:t>Options: Original research article / Review article / Case study / Short communication / Book review / Conference report. This template covers Chirantan's academic track (Track B), which is double-blind. Creative submissions - poetry, short stories, essays - use the separate Chirantan-Creative-Template instead.</w:t>
      </w:r>
    </w:p>
    <w:p>
      <w:pPr>
        <w:pStyle w:val="SectionLabel"/>
      </w:pPr>
      <w:r>
        <w:t>What your submission type requires</w:t>
      </w:r>
    </w:p>
    <w:p>
      <w:pPr>
        <w:pStyle w:val="Instruction"/>
      </w:pPr>
      <w:r>
        <w:t>Read from the journal's own records at the time this template was built. The website enforces these at submission; a manuscript outside them cannot be submitted until it is corrected.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</w:tcPr>
          <w:p>
            <w:pPr>
              <w:pStyle w:val="FieldLabel"/>
            </w:pPr>
            <w:r>
              <w:t>Submission type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Review track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Word count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Abstract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Keywords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Original research article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3,000-10,000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4-6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Review article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3,000-5,000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4-6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Case study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2,500-5,000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3-5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Short communication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1,500-2,500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3-5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Book review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800-1,500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Conference report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B - Academic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800-1,500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</w:tr>
    </w:tbl>
    <w:p>
      <w:pPr>
        <w:pStyle w:val="Instruction"/>
      </w:pPr>
      <w:r>
        <w:t>Word counts are for the manuscript body. Abstract length is 150-250 words where an abstract is required. Delete this whole section, including the table, before you upload.</w:t>
      </w:r>
    </w:p>
    <w:p>
      <w:pPr>
        <w:pStyle w:val="Instruction"/>
      </w:pPr>
      <w:r>
        <w:t>IMPORTANT - this file is the blinded manuscript body. Your name, affiliation, email, ORCID and acknowledgements go only in the separate title-page file, never below this line. Chirantan's automated screening checks for exactly this and will flag it.</w:t>
      </w:r>
    </w:p>
    <w:p>
      <w:pPr>
        <w:pStyle w:val="Title(English)"/>
      </w:pPr>
      <w:r>
        <w:t>Manuscript Title in English</w:t>
      </w:r>
    </w:p>
    <w:p>
      <w:pPr>
        <w:pStyle w:val="Title(HindiorSanskrit)"/>
      </w:pPr>
      <w:r>
        <w:t>हिन्दी अथवा संस्कृत में शीर्षक (यदि लागू हो)</w:t>
      </w:r>
    </w:p>
    <w:p>
      <w:pPr>
        <w:pStyle w:val="Instruction"/>
      </w:pPr>
      <w:r>
        <w:t>Delete the second title line if your manuscript is English-only. If your primary language is Hindi or Sanskrit, put that title first and the English title second, matching the language you selected on the website.</w:t>
      </w:r>
    </w:p>
    <w:p>
      <w:pPr>
        <w:pStyle w:val="AbstractHeading"/>
      </w:pPr>
      <w:r>
        <w:t>Abstract</w:t>
      </w:r>
    </w:p>
    <w:p>
      <w:pPr>
        <w:pStyle w:val="BodyText"/>
      </w:pPr>
      <w:r>
        <w:t>150-250 words. State the problem, your approach, and the paper's central contribution in plain language. A reader deciding whether to read further should be able to tell from this paragraph alone.</w:t>
      </w:r>
    </w:p>
    <w:p>
      <w:pPr>
        <w:pStyle w:val="Keywords"/>
      </w:pPr>
      <w:r>
        <w:t>Keywords: term one, term two, term three, term four</w:t>
      </w:r>
    </w:p>
    <w:p>
      <w:pPr>
        <w:pStyle w:val="Instruction"/>
      </w:pPr>
      <w:r>
        <w:t>Check the table above for how many keywords your type requires - it is not the same for every type.</w:t>
      </w:r>
    </w:p>
    <w:p>
      <w:pPr>
        <w:pStyle w:val="AbstractHeading"/>
      </w:pPr>
      <w:r>
        <w:t>संक्षेप</w:t>
      </w:r>
    </w:p>
    <w:p>
      <w:pPr>
        <w:pStyle w:val="BodyText(HindiorSanskrit)"/>
      </w:pPr>
      <w:r>
        <w:t>यदि आपकी पाण्डुलिपि हिन्दी अथवा संस्कृत में है, तो यहाँ संक्षेप लिखें।</w:t>
      </w:r>
    </w:p>
    <w:p>
      <w:pPr>
        <w:pStyle w:val="Keywords"/>
      </w:pPr>
      <w:r>
        <w:t>मुख्य बिंदु: शब्द एक, शब्द दो, शब्द तीन</w:t>
      </w:r>
    </w:p>
    <w:p>
      <w:pPr>
        <w:pStyle w:val="Instruction"/>
      </w:pPr>
      <w:r>
        <w:t>An English abstract is required for indexing even when the manuscript itself is in Hindi or Sanskrit. Delete this Devanagari block if it does not apply.</w:t>
      </w:r>
    </w:p>
    <w:p>
      <w:pPr>
        <w:pStyle w:val="Heading1(English)"/>
      </w:pPr>
      <w:r>
        <w:t>1. Introduction</w:t>
      </w:r>
    </w:p>
    <w:p>
      <w:pPr>
        <w:pStyle w:val="BodyText"/>
      </w:pPr>
      <w:r>
        <w:t>Body text uses the Body Text style throughout. Use Heading 1/2/3 (English) for structure; each has a Hindi or Sanskrit counterpart in the Styles pane.</w:t>
      </w:r>
    </w:p>
    <w:p>
      <w:pPr>
        <w:pStyle w:val="Heading2(English)"/>
      </w:pPr>
      <w:r>
        <w:t>1.1 A subsection, if you need one</w:t>
      </w:r>
    </w:p>
    <w:p>
      <w:pPr>
        <w:pStyle w:val="BodyText"/>
      </w:pPr>
      <w:r>
        <w:t>Number subsections to match their parent section (1.1, 1.2, 2.1). Manual numbering is fine as long as it is consistent.</w:t>
      </w:r>
    </w:p>
    <w:p>
      <w:pPr>
        <w:pStyle w:val="Heading1(English)"/>
      </w:pPr>
      <w:r>
        <w:t>2. Quoting a verse or original text</w:t>
      </w:r>
    </w:p>
    <w:p>
      <w:pPr>
        <w:pStyle w:val="BodyText"/>
      </w:pPr>
      <w:r>
        <w:t>Use the Verse or Shloka style for the quotation and Verse Translation for the rendering directly beneath it:</w:t>
      </w:r>
    </w:p>
    <w:p>
      <w:pPr>
        <w:pStyle w:val="VerseorShloka(original)"/>
      </w:pPr>
      <w:r>
        <w:t>ऋतं च सत्यं चाभीद्धात् तपसोऽध्यजायत</w:t>
      </w:r>
    </w:p>
    <w:p>
      <w:pPr>
        <w:pStyle w:val="VerseTranslation/Commentary"/>
      </w:pPr>
      <w:r>
        <w:t>“From blazing cosmic fervour (tapas), cosmic order (ṛta) and truth (satya) were born.” (Ṛgveda 10.190.1, trans. [your source])</w:t>
      </w:r>
    </w:p>
    <w:p>
      <w:pPr>
        <w:pStyle w:val="Instruction"/>
      </w:pPr>
      <w:r>
        <w:t>Gloss a Sanskrit or other Indian-language term in English at first use, as above - this is a journal requirement, and the screening agent checks it.</w:t>
      </w:r>
    </w:p>
    <w:p>
      <w:pPr>
        <w:pStyle w:val="Heading1(English)"/>
      </w:pPr>
      <w:r>
        <w:t>3. Tables and figures</w:t>
      </w:r>
    </w:p>
    <w:p>
      <w:pPr>
        <w:pStyle w:val="BodyText"/>
      </w:pPr>
      <w:r>
        <w:t>Number tables and figures independently. Table captions sit above the table; figure captions sit below the figure.</w:t>
      </w:r>
    </w:p>
    <w:p>
      <w:pPr>
        <w:pStyle w:val="TableCaption"/>
      </w:pPr>
      <w:r>
        <w:t>Table 1. Example table caption in title case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10"/>
        <w:gridCol w:w="3010"/>
        <w:gridCol w:w="3010"/>
      </w:tblGrid>
      <w:tr>
        <w:tc>
          <w:tcPr>
            <w:tcW w:type="dxa" w:w="3010"/>
          </w:tcPr>
          <w:p>
            <w:pPr>
              <w:pStyle w:val="FieldLabel"/>
            </w:pPr>
            <w:r>
              <w:t>Column A</w:t>
            </w:r>
          </w:p>
        </w:tc>
        <w:tc>
          <w:tcPr>
            <w:tcW w:type="dxa" w:w="3010"/>
          </w:tcPr>
          <w:p>
            <w:pPr>
              <w:pStyle w:val="FieldLabel"/>
            </w:pPr>
            <w:r>
              <w:t>Column B</w:t>
            </w:r>
          </w:p>
        </w:tc>
        <w:tc>
          <w:tcPr>
            <w:tcW w:type="dxa" w:w="3010"/>
          </w:tcPr>
          <w:p>
            <w:pPr>
              <w:pStyle w:val="FieldLabel"/>
            </w:pPr>
            <w:r>
              <w:t>Column C</w:t>
            </w:r>
          </w:p>
        </w:tc>
      </w:tr>
      <w:tr>
        <w:tc>
          <w:tcPr>
            <w:tcW w:type="dxa" w:w="3010"/>
          </w:tcPr>
          <w:p>
            <w:pPr>
              <w:pStyle w:val="FieldValue"/>
            </w:pPr>
          </w:p>
        </w:tc>
        <w:tc>
          <w:tcPr>
            <w:tcW w:type="dxa" w:w="3010"/>
          </w:tcPr>
          <w:p>
            <w:pPr>
              <w:pStyle w:val="FieldValue"/>
            </w:pPr>
          </w:p>
        </w:tc>
        <w:tc>
          <w:tcPr>
            <w:tcW w:type="dxa" w:w="3010"/>
          </w:tcPr>
          <w:p>
            <w:pPr>
              <w:pStyle w:val="FieldValue"/>
            </w:pPr>
          </w:p>
        </w:tc>
      </w:tr>
    </w:tbl>
    <w:p>
      <w:pPr>
        <w:pStyle w:val="Table/FigureSourceNote"/>
      </w:pPr>
      <w:r>
        <w:t>Source: [cite if adapted; delete this line if the table is original]</w:t>
      </w:r>
    </w:p>
    <w:p>
      <w:pPr>
        <w:pStyle w:val="FigureCaption"/>
      </w:pPr>
      <w:r>
        <w:t>Figure 1. Example figure caption, centred below the image</w:t>
      </w:r>
    </w:p>
    <w:p>
      <w:pPr>
        <w:pStyle w:val="Heading1(English)"/>
      </w:pPr>
      <w:r>
        <w:t>4. Conclusion</w:t>
      </w:r>
    </w:p>
    <w:p>
      <w:pPr>
        <w:pStyle w:val="BodyText"/>
      </w:pPr>
      <w:r>
        <w:t>Summarise the contribution and, where relevant, note directions for future research.</w:t>
      </w:r>
    </w:p>
    <w:p>
      <w:pPr>
        <w:pStyle w:val="Heading1(English)"/>
      </w:pPr>
      <w:r>
        <w:t>References</w:t>
      </w:r>
    </w:p>
    <w:p>
      <w:pPr>
        <w:pStyle w:val="Instruction"/>
      </w:pPr>
      <w:r>
        <w:t>APA 7th, alphabetical by first author's surname. For classical and primary texts cite the edition and translator you actually used.</w:t>
      </w:r>
    </w:p>
    <w:p>
      <w:pPr>
        <w:pStyle w:val="ReferenceEntry(APA7th)"/>
      </w:pPr>
      <w:r>
        <w:t>Sharma, V., &amp; Mishra, A. (2023). Computational analysis of Vedic metre. Journal of Indological Studies, 12(3), 45-62.</w:t>
      </w:r>
    </w:p>
    <w:p>
      <w:pPr>
        <w:pStyle w:val="ReferenceEntry(APA7th)"/>
      </w:pPr>
      <w:r>
        <w:t>Ṛgveda. (1997). (H. H. Wilson, Trans.). Nag Publishers. (Original work n.d.)</w:t>
      </w:r>
    </w:p>
    <w:p>
      <w:pPr>
        <w:sectPr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SectionLabel"/>
      </w:pPr>
      <w:r>
        <w:t>Before you upload</w:t>
      </w:r>
    </w:p>
    <w:p>
      <w:pPr>
        <w:pStyle w:val="ChecklistItem"/>
      </w:pPr>
      <w:r>
        <w:t>☐  No author name, affiliation, email, ORCID or acknowledgement appears anywhere in this file.</w:t>
      </w:r>
    </w:p>
    <w:p>
      <w:pPr>
        <w:pStyle w:val="ChecklistItem"/>
      </w:pPr>
      <w:r>
        <w:t>☐  Document properties have been cleared - see the note below.</w:t>
      </w:r>
    </w:p>
    <w:p>
      <w:pPr>
        <w:pStyle w:val="ChecklistItem"/>
      </w:pPr>
      <w:r>
        <w:t>☐  Every instruction paragraph in this template has been deleted (they are all in the Instruction style - grey and italic).</w:t>
      </w:r>
    </w:p>
    <w:p>
      <w:pPr>
        <w:pStyle w:val="ChecklistItem"/>
      </w:pPr>
      <w:r>
        <w:t>☐  Word count is inside the range for your submission type in the table above.</w:t>
      </w:r>
    </w:p>
    <w:p>
      <w:pPr>
        <w:pStyle w:val="ChecklistItem"/>
      </w:pPr>
      <w:r>
        <w:t>☐  References are APA 7th, alphabetical by first author's surname.</w:t>
      </w:r>
    </w:p>
    <w:p>
      <w:pPr>
        <w:pStyle w:val="ChecklistItem"/>
      </w:pPr>
      <w:r>
        <w:t>☐  Classical and primary texts cite the actual edition and translator you used.</w:t>
      </w:r>
    </w:p>
    <w:p>
      <w:pPr>
        <w:pStyle w:val="ChecklistItem"/>
      </w:pPr>
      <w:r>
        <w:t>☐  Tables and figures are numbered and captioned; every one is referred to in the text.</w:t>
      </w:r>
    </w:p>
    <w:p>
      <w:pPr>
        <w:pStyle w:val="ChecklistItem"/>
      </w:pPr>
      <w:r>
        <w:t>☐  Self-citations are phrased so they do not identify you ("Sharma (2023) argues", never "in our earlier work").</w:t>
      </w:r>
    </w:p>
    <w:p>
      <w:pPr>
        <w:pStyle w:val="ChecklistItem"/>
      </w:pPr>
      <w:r>
        <w:t>☐  The separate title page file is complete and consistent with what you entered on the website.</w:t>
      </w:r>
    </w:p>
    <w:p>
      <w:pPr>
        <w:pStyle w:val="ChecklistItem"/>
      </w:pPr>
      <w:r>
        <w:t>☐  The declaration of originality on the title page has been confirmed by every author, with the date.</w:t>
      </w:r>
    </w:p>
    <w:p>
      <w:pPr>
        <w:pStyle w:val="SectionLabel"/>
      </w:pPr>
      <w:r>
        <w:t>Clearing document properties</w:t>
      </w:r>
    </w:p>
    <w:p>
      <w:pPr>
        <w:pStyle w:val="Instruction"/>
      </w:pPr>
      <w:r>
        <w:t>Word stores your name inside the file even when it appears nowhere on the page. Before uploading a Track B manuscript: File &gt; Info &gt; Check for Issues &gt; Inspect Document, tick Document Properties and Personal Information, Inspect, then Remove All. This is not optional and it is not theoretical - a real Chirantan submission reached the editorial office fully anonymised on the page while the file's own "last modified by" property still carried the corresponding author's name.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Nirmala U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spacing w:after="120" w:before="0" w:line="360" w:lineRule="auto"/>
      <w:jc w:val="both"/>
    </w:pPr>
    <w:rPr>
      <w:rFonts w:ascii="Times New Roman" w:hAnsi="Times New Roman" w:cs="Times New Roman"/>
      <w:b w:val="0"/>
      <w:i w:val="0"/>
      <w:color w:val="1A1A1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keepNext w:val="0"/>
      <w:spacing w:after="160" w:before="0" w:line="276" w:lineRule="auto"/>
    </w:pPr>
    <w:rPr>
      <w:rFonts w:ascii="Times New Roman" w:hAnsi="Times New Roman" w:cs="Times New Roman"/>
      <w:b w:val="0"/>
      <w:i/>
      <w:color w:val="5A5A5A"/>
      <w:sz w:val="18"/>
    </w:rPr>
  </w:style>
  <w:style w:type="paragraph" w:customStyle="1" w:styleId="JournalIdentity">
    <w:name w:val="Journal Identity"/>
    <w:pPr>
      <w:keepNext w:val="0"/>
      <w:spacing w:after="40" w:before="0" w:line="240" w:lineRule="auto"/>
      <w:jc w:val="center"/>
    </w:pPr>
    <w:rPr>
      <w:rFonts w:ascii="Georgia" w:hAnsi="Georgia" w:cs="Georgia"/>
      <w:b/>
      <w:i w:val="0"/>
      <w:color w:val="8A1207"/>
      <w:sz w:val="20"/>
    </w:rPr>
  </w:style>
  <w:style w:type="paragraph" w:customStyle="1" w:styleId="JournalStrapline">
    <w:name w:val="Journal Strapline"/>
    <w:pPr>
      <w:keepNext w:val="0"/>
      <w:spacing w:after="280" w:before="0" w:line="240" w:lineRule="auto"/>
      <w:jc w:val="center"/>
    </w:pPr>
    <w:rPr>
      <w:rFonts w:ascii="Georgia" w:hAnsi="Georgia" w:cs="Georgia"/>
      <w:b w:val="0"/>
      <w:i w:val="0"/>
      <w:color w:val="5A5A5A"/>
      <w:sz w:val="18"/>
    </w:rPr>
  </w:style>
  <w:style w:type="paragraph" w:customStyle="1" w:styleId="ManuscriptType">
    <w:name w:val="Manuscript Type"/>
    <w:pPr>
      <w:keepNext w:val="0"/>
      <w:spacing w:after="200" w:before="0" w:line="360" w:lineRule="auto"/>
      <w:jc w:val="center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Title(English)">
    <w:name w:val="Title (English)"/>
    <w:pPr>
      <w:keepNext/>
      <w:spacing w:after="80" w:before="0" w:line="276" w:lineRule="auto"/>
      <w:jc w:val="center"/>
    </w:pPr>
    <w:rPr>
      <w:rFonts w:ascii="Georgia" w:hAnsi="Georgia" w:cs="Georgia"/>
      <w:b/>
      <w:i w:val="0"/>
      <w:color w:val="1A1A1A"/>
      <w:sz w:val="32"/>
    </w:rPr>
  </w:style>
  <w:style w:type="paragraph" w:customStyle="1" w:styleId="Title(HindiorSanskrit)">
    <w:name w:val="Title (Hindi or Sanskrit)"/>
    <w:pPr>
      <w:keepNext w:val="0"/>
      <w:spacing w:after="240" w:before="0" w:line="276" w:lineRule="auto"/>
      <w:jc w:val="center"/>
    </w:pPr>
    <w:rPr>
      <w:rFonts w:ascii="Nirmala UI" w:hAnsi="Nirmala UI" w:cs="Nirmala UI"/>
      <w:b/>
      <w:i w:val="0"/>
      <w:color w:val="1A1A1A"/>
      <w:sz w:val="36"/>
    </w:rPr>
  </w:style>
  <w:style w:type="paragraph" w:customStyle="1" w:styleId="AbstractHeading">
    <w:name w:val="Abstract Heading"/>
    <w:pPr>
      <w:keepNext/>
      <w:spacing w:after="80" w:before="200" w:line="360" w:lineRule="auto"/>
    </w:pPr>
    <w:rPr>
      <w:rFonts w:ascii="Georgia" w:hAnsi="Georgia" w:cs="Georgia"/>
      <w:b/>
      <w:i w:val="0"/>
      <w:color w:val="1A1A1A"/>
      <w:sz w:val="22"/>
    </w:rPr>
  </w:style>
  <w:style w:type="paragraph" w:customStyle="1" w:styleId="BodyText(HindiorSanskrit)">
    <w:name w:val="Body Text (Hindi or Sanskrit)"/>
    <w:pPr>
      <w:keepNext w:val="0"/>
      <w:spacing w:after="120" w:before="0" w:line="360" w:lineRule="auto"/>
      <w:jc w:val="both"/>
    </w:pPr>
    <w:rPr>
      <w:rFonts w:ascii="Nirmala UI" w:hAnsi="Nirmala UI" w:cs="Nirmala UI"/>
      <w:b w:val="0"/>
      <w:i w:val="0"/>
      <w:color w:val="1A1A1A"/>
      <w:sz w:val="24"/>
    </w:rPr>
  </w:style>
  <w:style w:type="paragraph" w:customStyle="1" w:styleId="Keywords">
    <w:name w:val="Keywords"/>
    <w:pPr>
      <w:keepNext w:val="0"/>
      <w:spacing w:after="200" w:before="0" w:line="360" w:lineRule="auto"/>
    </w:pPr>
    <w:rPr>
      <w:rFonts w:ascii="Times New Roman" w:hAnsi="Times New Roman" w:cs="Times New Roman"/>
      <w:b w:val="0"/>
      <w:i/>
      <w:color w:val="1A1A1A"/>
      <w:sz w:val="22"/>
    </w:rPr>
  </w:style>
  <w:style w:type="paragraph" w:customStyle="1" w:styleId="Heading1(English)">
    <w:name w:val="Heading 1 (English)"/>
    <w:pPr>
      <w:keepNext/>
      <w:spacing w:after="100" w:before="240" w:line="360" w:lineRule="auto"/>
    </w:pPr>
    <w:rPr>
      <w:rFonts w:ascii="Georgia" w:hAnsi="Georgia" w:cs="Georgia"/>
      <w:b/>
      <w:i w:val="0"/>
      <w:color w:val="1A1A1A"/>
      <w:sz w:val="28"/>
    </w:rPr>
  </w:style>
  <w:style w:type="paragraph" w:customStyle="1" w:styleId="Heading1(HindiorSanskrit)">
    <w:name w:val="Heading 1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32"/>
    </w:rPr>
  </w:style>
  <w:style w:type="paragraph" w:customStyle="1" w:styleId="Heading2(English)">
    <w:name w:val="Heading 2 (English)"/>
    <w:pPr>
      <w:keepNext/>
      <w:spacing w:after="100" w:before="240" w:line="360" w:lineRule="auto"/>
    </w:pPr>
    <w:rPr>
      <w:rFonts w:ascii="Georgia" w:hAnsi="Georgia" w:cs="Georgia"/>
      <w:b/>
      <w:i w:val="0"/>
      <w:color w:val="1A1A1A"/>
      <w:sz w:val="24"/>
    </w:rPr>
  </w:style>
  <w:style w:type="paragraph" w:customStyle="1" w:styleId="Heading2(HindiorSanskrit)">
    <w:name w:val="Heading 2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28"/>
    </w:rPr>
  </w:style>
  <w:style w:type="paragraph" w:customStyle="1" w:styleId="Heading3(English)">
    <w:name w:val="Heading 3 (English)"/>
    <w:pPr>
      <w:keepNext/>
      <w:spacing w:after="100" w:before="240" w:line="360" w:lineRule="auto"/>
    </w:pPr>
    <w:rPr>
      <w:rFonts w:ascii="Georgia" w:hAnsi="Georgia" w:cs="Georgia"/>
      <w:b/>
      <w:i/>
      <w:color w:val="1A1A1A"/>
      <w:sz w:val="22"/>
    </w:rPr>
  </w:style>
  <w:style w:type="paragraph" w:customStyle="1" w:styleId="Heading3(HindiorSanskrit)">
    <w:name w:val="Heading 3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26"/>
    </w:rPr>
  </w:style>
  <w:style w:type="paragraph" w:customStyle="1" w:styleId="VerseorShloka(original)">
    <w:name w:val="Verse or Shloka (original)"/>
    <w:pPr>
      <w:keepNext w:val="0"/>
      <w:spacing w:after="60" w:before="160" w:line="312" w:lineRule="auto"/>
      <w:jc w:val="center"/>
    </w:pPr>
    <w:rPr>
      <w:rFonts w:ascii="Nirmala UI" w:hAnsi="Nirmala UI" w:cs="Nirmala UI"/>
      <w:b w:val="0"/>
      <w:i/>
      <w:color w:val="1A1A1A"/>
      <w:sz w:val="26"/>
    </w:rPr>
  </w:style>
  <w:style w:type="paragraph" w:customStyle="1" w:styleId="VerseTranslation/Commentary">
    <w:name w:val="Verse Translation / Commentary"/>
    <w:pPr>
      <w:keepNext w:val="0"/>
      <w:spacing w:after="200" w:before="0" w:line="312" w:lineRule="auto"/>
      <w:jc w:val="center"/>
    </w:pPr>
    <w:rPr>
      <w:rFonts w:ascii="Times New Roman" w:hAnsi="Times New Roman" w:cs="Times New Roman"/>
      <w:b w:val="0"/>
      <w:i/>
      <w:color w:val="1A1A1A"/>
      <w:sz w:val="22"/>
    </w:rPr>
  </w:style>
  <w:style w:type="paragraph" w:customStyle="1" w:styleId="PoemLine">
    <w:name w:val="Poem Line"/>
    <w:pPr>
      <w:keepNext w:val="0"/>
      <w:spacing w:after="0" w:before="0" w:line="312" w:lineRule="auto"/>
      <w:jc w:val="left"/>
    </w:pPr>
    <w:rPr>
      <w:rFonts w:ascii="Times New Roman" w:hAnsi="Times New Roman" w:cs="Times New Roman"/>
      <w:b w:val="0"/>
      <w:i w:val="0"/>
      <w:color w:val="1A1A1A"/>
      <w:sz w:val="24"/>
    </w:rPr>
  </w:style>
  <w:style w:type="paragraph" w:customStyle="1" w:styleId="PoemTitle">
    <w:name w:val="Poem Title"/>
    <w:pPr>
      <w:keepNext/>
      <w:spacing w:after="120" w:before="280" w:line="360" w:lineRule="auto"/>
    </w:pPr>
    <w:rPr>
      <w:rFonts w:ascii="Georgia" w:hAnsi="Georgia" w:cs="Georgia"/>
      <w:b/>
      <w:i w:val="0"/>
      <w:color w:val="1A1A1A"/>
      <w:sz w:val="26"/>
    </w:rPr>
  </w:style>
  <w:style w:type="paragraph" w:customStyle="1" w:styleId="TableCaption">
    <w:name w:val="Table Caption"/>
    <w:pPr>
      <w:keepNext/>
      <w:spacing w:after="60" w:before="160" w:line="276" w:lineRule="auto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FigureCaption">
    <w:name w:val="Figure Caption"/>
    <w:pPr>
      <w:keepNext w:val="0"/>
      <w:spacing w:after="160" w:before="0" w:line="276" w:lineRule="auto"/>
      <w:jc w:val="center"/>
    </w:pPr>
    <w:rPr>
      <w:rFonts w:ascii="Times New Roman" w:hAnsi="Times New Roman" w:cs="Times New Roman"/>
      <w:b w:val="0"/>
      <w:i w:val="0"/>
      <w:color w:val="1A1A1A"/>
      <w:sz w:val="20"/>
    </w:rPr>
  </w:style>
  <w:style w:type="paragraph" w:customStyle="1" w:styleId="Table/FigureSourceNote">
    <w:name w:val="Table/Figure Source Note"/>
    <w:pPr>
      <w:keepNext w:val="0"/>
      <w:spacing w:after="160" w:before="0" w:line="276" w:lineRule="auto"/>
    </w:pPr>
    <w:rPr>
      <w:rFonts w:ascii="Times New Roman" w:hAnsi="Times New Roman" w:cs="Times New Roman"/>
      <w:b w:val="0"/>
      <w:i w:val="0"/>
      <w:color w:val="5A5A5A"/>
      <w:sz w:val="18"/>
    </w:rPr>
  </w:style>
  <w:style w:type="paragraph" w:customStyle="1" w:styleId="ReferenceEntry(APA7th)">
    <w:name w:val="Reference Entry (APA 7th)"/>
    <w:pPr>
      <w:keepNext w:val="0"/>
      <w:spacing w:after="120" w:before="0" w:line="360" w:lineRule="auto"/>
      <w:ind w:hanging="720" w:left="720"/>
    </w:pPr>
    <w:rPr>
      <w:rFonts w:ascii="Times New Roman" w:hAnsi="Times New Roman" w:cs="Times New Roman"/>
      <w:b w:val="0"/>
      <w:i w:val="0"/>
      <w:color w:val="1A1A1A"/>
      <w:sz w:val="22"/>
    </w:rPr>
  </w:style>
  <w:style w:type="paragraph" w:customStyle="1" w:styleId="SectionLabel">
    <w:name w:val="Section Label"/>
    <w:pPr>
      <w:keepNext/>
      <w:spacing w:after="60" w:before="240" w:line="276" w:lineRule="auto"/>
    </w:pPr>
    <w:rPr>
      <w:rFonts w:ascii="Georgia" w:hAnsi="Georgia" w:cs="Georgia"/>
      <w:b/>
      <w:i w:val="0"/>
      <w:color w:val="8A1207"/>
      <w:sz w:val="22"/>
    </w:rPr>
  </w:style>
  <w:style w:type="paragraph" w:customStyle="1" w:styleId="FieldLabel">
    <w:name w:val="Field Label"/>
    <w:pPr>
      <w:keepNext w:val="0"/>
      <w:spacing w:after="20" w:before="0" w:line="276" w:lineRule="auto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FieldValue">
    <w:name w:val="Field Value"/>
    <w:pPr>
      <w:keepNext w:val="0"/>
      <w:spacing w:after="140" w:before="0" w:line="276" w:lineRule="auto"/>
    </w:pPr>
    <w:rPr>
      <w:rFonts w:ascii="Times New Roman" w:hAnsi="Times New Roman" w:cs="Times New Roman"/>
      <w:b w:val="0"/>
      <w:i w:val="0"/>
      <w:color w:val="1A1A1A"/>
      <w:sz w:val="22"/>
    </w:rPr>
  </w:style>
  <w:style w:type="paragraph" w:customStyle="1" w:styleId="ChecklistItem">
    <w:name w:val="Checklist Item"/>
    <w:pPr>
      <w:keepNext w:val="0"/>
      <w:spacing w:after="80" w:before="0" w:line="288" w:lineRule="auto"/>
    </w:pPr>
    <w:rPr>
      <w:rFonts w:ascii="Times New Roman" w:hAnsi="Times New Roman" w:cs="Times New Roman"/>
      <w:b w:val="0"/>
      <w:i w:val="0"/>
      <w:color w:val="1A1A1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